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יעל ברכבת – צירה וסגול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ולהבחין בין הניקוד צירה לניקוד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מהסיפור יעל ברכבת בניקוד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בקריאת הברות ומילים בפירמידת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צירה וסגול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יעל נוסעת ברכבת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שניהם סימני ניקוד שנשמעים כמו e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 או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תחבורה על 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גבוה שיורד עליו שלג)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בפירמידה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שורה אחת של 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מילה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כל הסיפור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עם המילה שלג, למשל: השלג לבן 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 כל מילה עם הניקוד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כדי להראות את ההבדל הוויזואלי בין צירה לסגול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אפשר להתמקד בשאלות ללא skip_n ולתרגל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יעל ברכבת – צירה וסגול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קריאה של מילים עם צירה וסגול מתוך הסיפור על יעל שנוסעת ברכבת.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שלג  ·  רכבת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נושא עוסק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קמץ ופתח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צירה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חיריק ושורוק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שם הדמות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רכבת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יעל נוסעת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צירה וסגול הם שני סוגים של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יעל נוסעת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בהר יורד __________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למשמעות או לניקוד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יָעֵל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תחבורה על 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שֶׁלֶג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גבוה שיורד עליו שלג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רַכֶּבֶת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הָהָר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הקריאה בפירמידה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מילה שלמה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שורה אחת של הברות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כל הסיפור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משפט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אחד עם המילה שלג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הדמות הראשית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ניקוד נשמע כמו e ויש בו שתי נקודות?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יעל ברכבת – צירה וסגול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