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יעל ברכבת – צירה וסגול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ולהבחין בין הניקוד צירה לניקוד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מהסיפור יעל ברכבת בניקוד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בקריאת הברות ומילים בפירמידת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צירה וסגול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יעל נוסעת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שניהם סימני ניקוד שנשמעים כמו 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באות ע יש ניקוד 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הקישור לעמוד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הקישור לעמוד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 או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תחבורה על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גבוה שיורד עליו 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(חיה גדולה עם חדק)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בפירמידה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שורה אחת של 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מילה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כל הסיפור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עם המילה שלג, למשל: השלג לבן 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 כל מילה עם הניקוד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כדי להראות את ההבדל הוויזואלי בין צירה לסגול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אפשר להתמקד בשאלות ללא skip_n ולתרגל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יעל ברכבת – צירה וסגול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קריאה של מילים עם צירה וסגול מתוך הסיפור על יעל שנוסעת ברכבת.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נושא עוסק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צירה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 ושורוק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 ושוא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הדמות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לסימן הניקוד ֵ (שתי נקודות)?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לסימן הניקוד ֶ (שלוש נקודות)?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כלי תחבורה נוסעת יעל?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יעל נוסעת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צירה וסגול הם שני סוגים של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יעל יש ניקוד חיריק באות 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על ההר הוא שם של עמוד נוסף בדף הפירמידות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 הקטן הוא שם הסיפור הבא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יעל נוסעת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בהר יורד __________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הפיל בסיפור הוא פיל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הניקוד ֵ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הניקוד ֶ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 או לניקוד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יָעֵל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גדולה עם חדק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שֶׁלֶג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תחבורה על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רַכֶּבֶת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גבוה שיורד עליו 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הָהָר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בפירמידה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כל הסיפור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שורה אחת של הברות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מילה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אחד עם המילה שלג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הדמות הראשית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ניקוד נשמע כמו e ויש בו שתי נקודות?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כלי תחבורה נוסעת יעל?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יעל ברכבת – צירה וסגול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